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35E" w:rsidRDefault="0098497B">
      <w:pPr>
        <w:spacing w:after="40"/>
        <w:jc w:val="center"/>
      </w:pPr>
      <w:r w:rsidRPr="0098497B">
        <w:rPr>
          <w:b/>
          <w:noProof/>
          <w:sz w:val="22"/>
        </w:rPr>
        <w:drawing>
          <wp:inline distT="0" distB="0" distL="0" distR="0">
            <wp:extent cx="6099175" cy="10571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105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>DICHIARAZIONE SOSTITUTIVA DI CERTIFICAZIONE</w:t>
      </w:r>
    </w:p>
    <w:p w:rsidR="009D635E" w:rsidRDefault="0098497B">
      <w:pPr>
        <w:spacing w:after="240"/>
        <w:jc w:val="center"/>
      </w:pPr>
      <w:r>
        <w:rPr>
          <w:i/>
          <w:sz w:val="18"/>
        </w:rPr>
        <w:t>(art. 46 DPR 445 del 2.12.2000)</w:t>
      </w:r>
    </w:p>
    <w:p w:rsidR="009D635E" w:rsidRDefault="0098497B">
      <w:pPr>
        <w:spacing w:after="80"/>
      </w:pPr>
      <w:r>
        <w:t>Il/la sottoscritto/a ____________________________________________________________________</w:t>
      </w:r>
    </w:p>
    <w:p w:rsidR="009D635E" w:rsidRDefault="0098497B">
      <w:pPr>
        <w:spacing w:after="80"/>
      </w:pPr>
      <w:r>
        <w:t xml:space="preserve">nato/a </w:t>
      </w:r>
      <w:r>
        <w:t>_____________________________________________ il _______________________________</w:t>
      </w:r>
    </w:p>
    <w:p w:rsidR="009D635E" w:rsidRDefault="0098497B">
      <w:pPr>
        <w:spacing w:after="80"/>
      </w:pPr>
      <w:r>
        <w:t>a __________________________________________________ provincia _________________________</w:t>
      </w:r>
    </w:p>
    <w:p w:rsidR="009D635E" w:rsidRDefault="0098497B">
      <w:pPr>
        <w:spacing w:after="80"/>
      </w:pPr>
      <w:r>
        <w:t>residente a ________________________________________ via _____________________________</w:t>
      </w:r>
      <w:r>
        <w:t>__</w:t>
      </w:r>
    </w:p>
    <w:p w:rsidR="009D635E" w:rsidRDefault="0098497B">
      <w:pPr>
        <w:spacing w:before="120"/>
      </w:pPr>
      <w:r>
        <w:rPr>
          <w:i/>
          <w:sz w:val="18"/>
        </w:rPr>
        <w:t>consapevole che in caso di falsa dichiarazione verranno applicate le sanzioni previste dal codice penale e che, inoltre, la falsa dichiarazione comporta la decadenza dal beneficio ottenuto sulla base della dichiarazione non veritiera</w:t>
      </w:r>
    </w:p>
    <w:p w:rsidR="009D635E" w:rsidRDefault="0098497B">
      <w:pPr>
        <w:spacing w:before="120"/>
        <w:jc w:val="center"/>
      </w:pPr>
      <w:r>
        <w:rPr>
          <w:b/>
          <w:sz w:val="22"/>
        </w:rPr>
        <w:t>DICHIARA</w:t>
      </w:r>
    </w:p>
    <w:p w:rsidR="009D635E" w:rsidRDefault="0098497B">
      <w:pPr>
        <w:spacing w:after="80"/>
      </w:pPr>
      <w:r>
        <w:t xml:space="preserve">di essere </w:t>
      </w:r>
      <w:r>
        <w:t>nato/a ____________________________________ il _______________________________</w:t>
      </w:r>
    </w:p>
    <w:p w:rsidR="009D635E" w:rsidRDefault="0098497B">
      <w:pPr>
        <w:spacing w:after="80"/>
      </w:pPr>
      <w:r>
        <w:t>di essere residente in ______________________________ via ______________________________</w:t>
      </w:r>
    </w:p>
    <w:p w:rsidR="009D635E" w:rsidRDefault="0098497B">
      <w:pPr>
        <w:spacing w:after="40"/>
      </w:pPr>
      <w:r>
        <w:t>di essere cittadino/a italiano/a secondo le risultanze del Comune di ___________________</w:t>
      </w:r>
      <w:r>
        <w:t>____</w:t>
      </w:r>
    </w:p>
    <w:p w:rsidR="009D635E" w:rsidRDefault="0098497B">
      <w:pPr>
        <w:spacing w:after="80"/>
      </w:pPr>
      <w:r>
        <w:rPr>
          <w:i/>
          <w:sz w:val="16"/>
        </w:rPr>
        <w:t>(per i residenti all'estero: se nati in Italia, indicare il Comune di nascita; se nati all'estero, precisare a quale titolo siano cittadini italiani)</w:t>
      </w:r>
    </w:p>
    <w:p w:rsidR="009D635E" w:rsidRDefault="0098497B">
      <w:pPr>
        <w:spacing w:after="80"/>
      </w:pPr>
      <w:r>
        <w:t>di godere dei diritti politici</w:t>
      </w:r>
    </w:p>
    <w:p w:rsidR="009D635E" w:rsidRDefault="0098497B">
      <w:pPr>
        <w:spacing w:after="40"/>
      </w:pPr>
      <w:r>
        <w:t>di essere ____________________________________________________________</w:t>
      </w:r>
      <w:r>
        <w:t>________________</w:t>
      </w:r>
    </w:p>
    <w:p w:rsidR="009D635E" w:rsidRDefault="0098497B">
      <w:pPr>
        <w:spacing w:after="120"/>
      </w:pPr>
      <w:r>
        <w:rPr>
          <w:i/>
          <w:sz w:val="16"/>
        </w:rPr>
        <w:t>(indicare lo stato civile: libero, coniugato/a con __________________________________________)</w:t>
      </w:r>
    </w:p>
    <w:p w:rsidR="009D635E" w:rsidRDefault="0098497B">
      <w:pPr>
        <w:spacing w:after="120"/>
      </w:pPr>
      <w:r>
        <w:t>che la famiglia anagrafica si compone delle seguenti persone: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2"/>
        <w:gridCol w:w="1872"/>
        <w:gridCol w:w="2592"/>
        <w:gridCol w:w="1584"/>
        <w:gridCol w:w="1728"/>
      </w:tblGrid>
      <w:tr w:rsidR="009D635E">
        <w:trPr>
          <w:jc w:val="center"/>
        </w:trPr>
        <w:tc>
          <w:tcPr>
            <w:tcW w:w="1872" w:type="dxa"/>
            <w:shd w:val="clear" w:color="auto" w:fill="F0F0F0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8497B">
            <w:pPr>
              <w:jc w:val="center"/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1872" w:type="dxa"/>
            <w:shd w:val="clear" w:color="auto" w:fill="F0F0F0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8497B">
            <w:pPr>
              <w:jc w:val="center"/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2592" w:type="dxa"/>
            <w:shd w:val="clear" w:color="auto" w:fill="F0F0F0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8497B">
            <w:pPr>
              <w:jc w:val="center"/>
            </w:pPr>
            <w:r>
              <w:rPr>
                <w:b/>
                <w:sz w:val="18"/>
              </w:rPr>
              <w:t>Luogo di nascita</w:t>
            </w:r>
          </w:p>
        </w:tc>
        <w:tc>
          <w:tcPr>
            <w:tcW w:w="1584" w:type="dxa"/>
            <w:shd w:val="clear" w:color="auto" w:fill="F0F0F0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8497B">
            <w:pPr>
              <w:jc w:val="center"/>
            </w:pPr>
            <w:r>
              <w:rPr>
                <w:b/>
                <w:sz w:val="18"/>
              </w:rPr>
              <w:t>Data di nascita</w:t>
            </w:r>
          </w:p>
        </w:tc>
        <w:tc>
          <w:tcPr>
            <w:tcW w:w="1728" w:type="dxa"/>
            <w:shd w:val="clear" w:color="auto" w:fill="F0F0F0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8497B">
            <w:pPr>
              <w:jc w:val="center"/>
            </w:pPr>
            <w:r>
              <w:rPr>
                <w:b/>
                <w:sz w:val="18"/>
              </w:rPr>
              <w:t>Rapporto di parentela</w:t>
            </w:r>
          </w:p>
        </w:tc>
      </w:tr>
      <w:tr w:rsidR="009D635E">
        <w:trPr>
          <w:jc w:val="center"/>
        </w:trPr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8497B">
            <w:r>
              <w:rPr>
                <w:sz w:val="18"/>
              </w:rPr>
              <w:t>1.</w:t>
            </w:r>
          </w:p>
        </w:tc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259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</w:tr>
      <w:tr w:rsidR="009D635E">
        <w:trPr>
          <w:jc w:val="center"/>
        </w:trPr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8497B">
            <w:r>
              <w:rPr>
                <w:sz w:val="18"/>
              </w:rPr>
              <w:t>2.</w:t>
            </w:r>
            <w:bookmarkStart w:id="0" w:name="_GoBack"/>
            <w:bookmarkEnd w:id="0"/>
          </w:p>
        </w:tc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259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</w:tr>
      <w:tr w:rsidR="009D635E">
        <w:trPr>
          <w:jc w:val="center"/>
        </w:trPr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8497B">
            <w:r>
              <w:rPr>
                <w:sz w:val="18"/>
              </w:rPr>
              <w:t>3.</w:t>
            </w:r>
          </w:p>
        </w:tc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259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</w:tr>
      <w:tr w:rsidR="009D635E">
        <w:trPr>
          <w:jc w:val="center"/>
        </w:trPr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8497B">
            <w:r>
              <w:rPr>
                <w:sz w:val="18"/>
              </w:rPr>
              <w:t>4.</w:t>
            </w:r>
          </w:p>
        </w:tc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259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</w:tr>
      <w:tr w:rsidR="009D635E">
        <w:trPr>
          <w:jc w:val="center"/>
        </w:trPr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8497B">
            <w:r>
              <w:rPr>
                <w:sz w:val="18"/>
              </w:rPr>
              <w:t>5.</w:t>
            </w:r>
          </w:p>
        </w:tc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259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</w:tr>
      <w:tr w:rsidR="009D635E">
        <w:trPr>
          <w:jc w:val="center"/>
        </w:trPr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8497B">
            <w:r>
              <w:rPr>
                <w:sz w:val="18"/>
              </w:rPr>
              <w:t>6.</w:t>
            </w:r>
          </w:p>
        </w:tc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259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635E" w:rsidRDefault="009D635E"/>
        </w:tc>
      </w:tr>
    </w:tbl>
    <w:p w:rsidR="009D635E" w:rsidRDefault="009D635E">
      <w:pPr>
        <w:spacing w:after="80"/>
      </w:pPr>
    </w:p>
    <w:p w:rsidR="009D635E" w:rsidRDefault="0098497B">
      <w:pPr>
        <w:spacing w:after="80"/>
      </w:pPr>
      <w:r>
        <w:t>di essere in possesso del seguente titolo di studio ______________________________________</w:t>
      </w:r>
    </w:p>
    <w:p w:rsidR="009D635E" w:rsidRDefault="0098497B">
      <w:pPr>
        <w:spacing w:after="80"/>
      </w:pPr>
      <w:r>
        <w:t>rilasciato da ________________________________________________________________________</w:t>
      </w:r>
    </w:p>
    <w:p w:rsidR="009D635E" w:rsidRDefault="0098497B">
      <w:pPr>
        <w:spacing w:after="80"/>
      </w:pPr>
      <w:r>
        <w:t xml:space="preserve">di essere in possesso del seguente codice </w:t>
      </w:r>
      <w:r>
        <w:t>fiscale _______________________________________</w:t>
      </w:r>
    </w:p>
    <w:p w:rsidR="009D635E" w:rsidRDefault="0098497B">
      <w:pPr>
        <w:spacing w:after="80"/>
      </w:pPr>
      <w:r>
        <w:t>di non aver riportato condanne penale e di non essere destinatario di provvedimenti che riguardano l'applicazione di misure di sicurezza e di misure di prevenzione, di decisioni civili e di provvedimento ammi</w:t>
      </w:r>
      <w:r>
        <w:t>nistrativi iscritti nel casellario giudiziario ai sensi della vigente normativa</w:t>
      </w:r>
    </w:p>
    <w:p w:rsidR="009D635E" w:rsidRDefault="0098497B">
      <w:pPr>
        <w:spacing w:after="240"/>
      </w:pPr>
      <w:r>
        <w:t>di non essere a conoscenza di essere sottoposto a procedimenti penali</w:t>
      </w:r>
    </w:p>
    <w:p w:rsidR="009D635E" w:rsidRDefault="0098497B">
      <w:pPr>
        <w:spacing w:before="240" w:after="400"/>
      </w:pPr>
      <w:r>
        <w:lastRenderedPageBreak/>
        <w:t>Data, 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Il dichiarante ___________________________</w:t>
      </w:r>
    </w:p>
    <w:p w:rsidR="009D635E" w:rsidRDefault="0098497B">
      <w:pPr>
        <w:spacing w:before="320" w:after="160"/>
        <w:jc w:val="center"/>
      </w:pPr>
      <w:r>
        <w:rPr>
          <w:b/>
          <w:sz w:val="22"/>
        </w:rPr>
        <w:t>DICHIARAZIONI</w:t>
      </w:r>
    </w:p>
    <w:p w:rsidR="009D635E" w:rsidRDefault="0098497B">
      <w:pPr>
        <w:spacing w:after="120"/>
      </w:pPr>
      <w:r>
        <w:t>In relazione all</w:t>
      </w:r>
      <w:r>
        <w:t>a forma di previdenza complementare riservata al personale del comparto scuola, istituita con accordo tra l’ARAN e le organizzazioni sindacali della scuola del 14 marzo 2001, ...l... sottoscritt... dichiara:</w:t>
      </w:r>
    </w:p>
    <w:p w:rsidR="009D635E" w:rsidRDefault="0098497B">
      <w:pPr>
        <w:spacing w:after="80"/>
      </w:pPr>
      <w:r>
        <w:t>_ di essere già iscritto al Fondo Scuola Espero</w:t>
      </w:r>
      <w:r>
        <w:tab/>
      </w:r>
      <w:r>
        <w:tab/>
        <w:t>_ ha optato per il riscatto della posizione maturata</w:t>
      </w:r>
    </w:p>
    <w:p w:rsidR="009D635E" w:rsidRDefault="0098497B">
      <w:pPr>
        <w:spacing w:after="160"/>
      </w:pPr>
      <w:r>
        <w:t>_ di non essere iscritto al Fondo Scuola Espero</w:t>
      </w:r>
    </w:p>
    <w:p w:rsidR="009D635E" w:rsidRDefault="0098497B">
      <w:pPr>
        <w:spacing w:after="120"/>
      </w:pPr>
      <w:r>
        <w:t>Data __/__/____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__________________________________</w:t>
      </w:r>
    </w:p>
    <w:p w:rsidR="009D635E" w:rsidRDefault="0098497B">
      <w:r>
        <w:rPr>
          <w:i/>
          <w:sz w:val="17"/>
        </w:rPr>
        <w:t xml:space="preserve">Si rammenta che non è iscritto al fondo chi abbia chiesto il riscatto della posizione </w:t>
      </w:r>
      <w:r>
        <w:rPr>
          <w:i/>
          <w:sz w:val="17"/>
        </w:rPr>
        <w:t>maturata alla scadenza del precedente contratto.</w:t>
      </w:r>
    </w:p>
    <w:p w:rsidR="009D635E" w:rsidRDefault="0098497B">
      <w:pPr>
        <w:spacing w:after="80"/>
      </w:pPr>
      <w:r>
        <w:t>...l... sottoscritt... dichiara:</w:t>
      </w:r>
    </w:p>
    <w:p w:rsidR="009D635E" w:rsidRDefault="0098497B">
      <w:pPr>
        <w:spacing w:after="80"/>
      </w:pPr>
      <w:r>
        <w:t>_ di non trovarsi in nessuna delle situazioni di incompatibilità richiamate dall'art. 508 del D.L.vo n. 297/1994 o dall'art. 53 del D.L.vo n. 165/2001</w:t>
      </w:r>
    </w:p>
    <w:p w:rsidR="009D635E" w:rsidRDefault="0098497B">
      <w:pPr>
        <w:spacing w:after="80"/>
      </w:pPr>
      <w:r>
        <w:t>ovvero</w:t>
      </w:r>
    </w:p>
    <w:p w:rsidR="009D635E" w:rsidRDefault="0098497B">
      <w:pPr>
        <w:spacing w:after="160"/>
      </w:pPr>
      <w:r>
        <w:t>_ di trovarsi in</w:t>
      </w:r>
      <w:r>
        <w:t xml:space="preserve"> una delle suddette situazioni di incompatibilità e di optare per il nuovo rapporto di lavoro</w:t>
      </w:r>
    </w:p>
    <w:p w:rsidR="009D635E" w:rsidRDefault="0098497B">
      <w:pPr>
        <w:spacing w:after="240"/>
      </w:pPr>
      <w:r>
        <w:t>Data __/__/____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__________________________________</w:t>
      </w:r>
    </w:p>
    <w:p w:rsidR="009D635E" w:rsidRDefault="0098497B">
      <w:pPr>
        <w:spacing w:after="160"/>
      </w:pPr>
      <w:r>
        <w:t>...l... sottoscritt..., ai sensi del Decreto Legislativo n. 196 del 30/06/2003, autorizza l’Amminist</w:t>
      </w:r>
      <w:r>
        <w:t>razione scolastica ad utilizzare i dati personali dichiarati solo per fini istituzionali e necessari per la gestione giuridica ed economica del rapporto di lavoro.</w:t>
      </w:r>
    </w:p>
    <w:p w:rsidR="009D635E" w:rsidRDefault="0098497B">
      <w:pPr>
        <w:spacing w:after="240"/>
      </w:pPr>
      <w:r>
        <w:t>Data __/__/____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__________________________________</w:t>
      </w:r>
    </w:p>
    <w:sectPr w:rsidR="009D635E" w:rsidSect="00034616">
      <w:pgSz w:w="11909" w:h="16834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8497B"/>
    <w:rsid w:val="009D635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22EA11C-96D7-48C9-9B94-C23A18AA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  <w:rPr>
      <w:rFonts w:ascii="Arial" w:hAnsi="Arial"/>
      <w:color w:val="222222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0EB875-5390-4878-A523-792A29F3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Giuseppe Latte</cp:lastModifiedBy>
  <cp:revision>2</cp:revision>
  <dcterms:created xsi:type="dcterms:W3CDTF">2013-12-23T23:15:00Z</dcterms:created>
  <dcterms:modified xsi:type="dcterms:W3CDTF">2026-09-01T08:50:00Z</dcterms:modified>
  <cp:category/>
</cp:coreProperties>
</file>